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KRYTERIA OCENIANIA Z WYCHOWANIA FIZYCZNEGO</w:t>
        <w:br/>
        <w:t>KLASA IV</w:t>
      </w:r>
    </w:p>
    <w:p>
      <w:pPr>
        <w:spacing w:after="80"/>
        <w:jc w:val="center"/>
      </w:pPr>
      <w:r>
        <w:rPr>
          <w:sz w:val="14"/>
        </w:rPr>
        <w:t>Podstawą oceniania są aktywność, zaangażowanie i postęp ucznia, z uwzględnieniem jego możliwości.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co najmniej cztery wybrane ćwiczenia zwinnościowo-akrobatyczne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bardzo dokładnie wykonuje co najmniej 4 ćwiczenia, zachowując prawidłową technikę i płynność ruchów.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co najmniej 4 ćwiczenia zwinnościowo-akrobatyczne.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większość ćwiczeń poprawnie,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z pomocą i wskazówkami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wykonania prostych ćwiczeń, ale wymaga stałej pomocy.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wykonania ćwiczeń lub odmawia udziału.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przewrót w przód lub przetoczenie oraz przewrót w tył lub przetoczenie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Samodzielnie, płynnie i bezpiecznie wykonuje przewroty w przód i w tył, prawidłowo układając ciało.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Poprawnie wykonuje przewrót w przód i w tył lub ich łatwiejsze formy.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przewroty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przewrót lub przetoczenie po instruktażu i z asekuracją.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próbę wykonania przewrotu lub przetoczenia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próby wykonania ćwiczenia.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ćwiczenia wzmacniające mięśnie brzucha i poprawiające ruchomość kręgosłupa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dokładnie wykonuje różnorodne ćwiczenia wzmacniające i zwiększające ruchomość kręgosłupa, zachowując prawidłową technikę.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ćwiczenia wzmacniające mięśnie brzucha i poprawiające ruchomość kręgosłupa.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większość ćwiczeń poprawnie, z niewielkimi błędami.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wykonywania ćwiczeń, ale wymaga częstych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ćwiczeń.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Dobiera i wykonuje co najmniej jedno ćwiczenie kształtujące zdolność motoryczną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dobiera właściwe ćwiczenie do siły, szybkości lub wytrzymałości, prawidłowo określa intensywność i wykonuje je bardzo dokładnie.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dobiera i prawidłowo wykonuje ćwiczenie rozwijające wybraną zdolność motoryczną.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Dobiera odpowiednie ćwiczenie i wykonuje je z niewielką pomocą.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 pomocą nauczyciela dobiera i wykonuje proste ćwiczenie.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ćwiczenie po wskazaniu przez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próby wykonania ćwiczenia.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ćwiczenia wspomagające utrzymywanie prawidłowej postawy ciała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świadomie wykonuje ćwiczenia kształtujące prawidłową postawę oraz potrafi korygować ustawienie własnego ciała.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ćwiczenia wzmacniające mięśnie brzucha i grzbietu oraz dba o prawidłową postawę.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ćwiczenia poprawnie i zazwyczaj utrzymuje prawidłową postawę.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po przypomnieniu zasad prawidłowej postawy.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wykonywania ćwiczeń, ale wymaga częstych korekt.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ćwiczeń i nie stosuje wskazówek nauczyciela.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co najmniej dwa ćwiczenia poprawiające równowagę i koordynację wzrokowo-ruchową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Sprawnie i samodzielnie wykonuje ćwiczenia równoważne i koordynacyjne, łącząc różne elementy ruchowe.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co najmniej 2 ćwiczenia równoważne i koordynacyjne.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ćwiczenia z niewielkimi błędami i zachowuje równowagę w większości zadań.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równoważne i koordynacyjne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wykonania ćwiczeń, ale ma trudności z utrzymaniem równowagi i koordynacją.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Stosuje podstawowe elementy techniczne koszykówki: postawa, kozłowanie, podania, chwyty i rzuty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bardzo sprawnie wykonuje poznane elementy techniczne prawą i lewą ręką, w miejscu, marszu i biegu oraz skutecznie wykorzystuje je w grze.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kozłowanie, podania, chwyty i rzuty oraz stosuje je w minigrze.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elementy techniczne z niewielkimi błędami i wykorzystuje je w prostych sytuacjach.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elementy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kozłowania, podań i rzutów, ale wymaga stałych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podstawowych elementów.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Stosuje podstawowe elementy techniczne piłki ręcznej: poruszanie się, kozłowanie, podania, chwyty i rzuty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sprawnie wykonuje poznane elementy techniczne i skutecznie wykorzystuje je w grze, właściwie reagując na sytuację.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podania, chwyty, kozłowanie i rzuty oraz stosuje je w grze uproszczonej.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elementy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po instruktażu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wykonania podstawowych elementów, ale ma trudności z ich prawidłowym wykonaniem.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wykonania ćwiczeń.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Stosuje podstawowe elementy techniczne piłki siatkowej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sprawnie przyjmuje postawę siatkarską, porusza się po boisku, wykonuje odbicia górne i dolne oraz zagrywkę i skutecznie wykorzystuje je w grze.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podstawowe odbicia, przyjmuje właściwą postawę i stosuje poznane elementy w grach uproszczonych.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odbicia i podstawowe elementy techniczne z niewielkimi błędami.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proste odbicia i ćwiczenia po pokazie oraz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odbijania piłki, ale wymaga częstych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wykonania ćwiczeń.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Stosuje podstawowe elementy techniczne piłki nożnej: prowadzenie, podania, przyjęcia i strzały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sprawnie prowadzi piłkę prawą i lewą nogą, podaje, przyjmuje i strzela, dostosowując działanie do sytuacji na boisku.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prowadzenie, podania, przyjęcia i strzały oraz stosuje je w grze.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elementy techniczne z niewielkimi błędami.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prowadzenia, podawania i strzelania, ale wymaga stałej pomocy.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grach zespołowych i minigrach, stosując poznane elementy techniczne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i samodzielnie wykorzystuje poznane umiejętności techniczne i podstawowe działania ofensywne oraz defensywne w grze.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Sprawnie stosuje poznane elementy techniczne w uproszczonych grach, przestrzegając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Stosuje podstawowe umiejętności w grze, czasami wymaga przypomnienia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grze i podejmuje próby wykorzystania poznanych elementów.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grze głównie po zachęcie i wskazówkach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udziału w grach lub nie podejmuje aktywności.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co najmniej dwóch innych grach zespołowych lub minigrach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uczestniczy w różnych grach, szybko poznaje ich zasady i samodzielnie dostosowuje swoje działania do sytuacji.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Chętnie uczestniczy w różnych grach i prawidłowo stosuje ich zasady.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grach i zazwyczaj przestrzega ich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prostych grach po wyjaśnieniu zasad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udział w grach po zachęcie i wymaga przypominania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chce uczestniczyć w proponowanych grach.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zabawach i grach ruchowych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Aktywnie, samodzielnie i z dużym zaangażowaniem uczestniczy w różnorodnych zabawach, proponując własne rozwiązania.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Chętnie i aktywnie uczestniczy w zabawach, przestrzegając ich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uczestniczy w zabawach i zazwyczaj przestrzega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zabawach po wyjaśnieniu zasad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udział w zabawach głównie po zachęcie.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udziału w zabawach.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Stosuje podstawowe umiejętności w grach rekreacyjnych: Ringo, Kwadrant, unihokej, badminton i tenis stołowy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sprawnie wykonuje poznane elementy techniczne różnych gier rekreacyjnych i wykorzystuje je w zabawie lub grze.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podstawowe rzuty, chwyty, odbicia, prowadzenie sprzętu i stosuje je w prostych grach.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elementy większości poznanych gier z niewielkimi błędami.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proste elementy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wykonywania podstawowych czynności, ale wymaga częstych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grach: „Żywy kosz” i „Cztery ognie usportowione”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i skutecznie uczestniczy w grze, prawidłowo wykorzystuje poznane umiejętności, współpracuje z zespołem i przestrzega wszystkich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Sprawnie uczestniczy w grze, stosuje podstawowe umiejętności i przestrzega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grze i zazwyczaj stosuje jej zasady, z niewielką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grze po wyjaśnieniu zasad i podejmuje próby ich stosowania.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udział w grze po zachęcie, wymaga częstego przypominania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udziału w grze lub nie przestrzega podstawowych zasad bezpieczeństwa.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Współpracuje z partnerem i zespołem podczas gier i zabaw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wspiera innych, pomaga słabszym uczestnikom, komunikuje się z zespołem i pomaga rozwiązywać konflikty.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dobrze współpracuje z zespołem, wspiera partnerów i dba o dobrą atmosferę.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Współpracuje z innymi i zazwyczaj właściwie reaguje w sytuacjach zespołowych.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Współpracuje z partnerem po przypomnieniu zasad współpracy.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współpracę głównie po zachęcie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współpracuje z zespołem i utrudnia realizację zadań.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Przestrzega zasad fair play i respektuje innych uczestników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Zawsze przestrzega zasad fair play, szanuje przeciwników, akceptuje wynik i pomaga innym. Jest wzorem właściwego zachowania.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Przestrzega zasad fair play, szanuje przeciwników i akceptuje zwycięstwo oraz porażkę.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przestrzega zasad i właściwie zachowuje się wobec innych.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 przypomnieniu stosuje zasady fair play i respektuje decyzje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Wymaga częstego przypominania zasad właściwego zachowania.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przestrzega zasad fair play i nie respektuje innych uczestników.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Pełni wyznaczone role w zespole, np. zawodnika, pomocnika lub sędziego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odpowiedzialnie pełni różne role, podejmuje decyzje i wspiera zespół.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pełni powierzoną rolę i respektuje decyzje oraz zasady gry.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powierzoną rolę z niewielką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się pełnienia prostej roli po wyjaśnieniu jej zadań.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Pełni rolę głównie po zachęcie i pod stałym nadzorem.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pełnienia powierzonej roli.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bieg i chód z zachowaniem poprawnej techniki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bardzo dokładnie wykonuje bieg i chód, prawidłowo koordynując pracę rąk i nóg, utrzymując rytm, postawę i właściwe tempo.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bieg i chód, zachowując właściwą postawę, rytm i koordynację ruchów.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bieg i chód poprawnie,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elementy biegu i chodu po instruktażu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prawidłowego biegu i chodu, ale wymaga częstych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wykonania ćwiczeń.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grach i zabawach sztafetowych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sprawnie wykonuje zadania sztafetowe, prawidłowo przekazuje pałeczkę, dostosowuje tempo do partnera i aktywnie wspiera zespół.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uczestniczy w sztafetach, stosuje właściwy sposób przekazania pałeczki i przestrzega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sztafecie, wykonując większość elementów poprawnie.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proste zadania sztafetowe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udział w sztafecie, ale wymaga częstego przypominania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udziału w zadaniach sztafetowych.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pchnięcie i rzut lekkim przyborem z miejsca i wolnego biegu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prawidłowo wykonuje rzuty i pchnięcia, właściwie dobierając siłę i kierunek oraz zachowując prawidłową technikę.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pchnięcie i rzuty z miejsca oraz wolnego biegu, zachowując bezpieczeństwo.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rzuty i pchnięcia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proste rzuty i pchnięcia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rzutu lub pchnięcia, ale wymaga stałych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ćwiczeń rzutnych.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grach i zabawach rzutnych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i skutecznie uczestniczy w różnorodnych zabawach rzutnych, dobierając siłę i kierunek rzutu do zadania.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Chętnie uczestniczy w zabawach rzutnych i prawidłowo wykonuje zadania.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zabawach i wykonuje rzuty z niewielkimi błędami.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udział w prostych zabawach rzutnych po wyjaśnieniu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zabawach głównie po zachęcie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udziału w zabawach rzutnych.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bieg krótki ze startu wysokiego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sprawnie przyjmuje pozycję startową, reaguje na sygnał, dynamicznie rozpoczyna bieg i utrzymuje prawidłową technikę aż do mety.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start wysoki, reaguje na sygnał i utrzymuje właściwą pracę rąk i nóg.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bieg ze startu wysokiego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start i krótki bieg po instruktażu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wykonania startu wysokiego, ale wymaga częstych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próby wykonania biegu.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grach i zabawach szybkościowych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i bardzo sprawnie uczestniczy w zabawach szybkościowych, szybko reaguje na sygnały i dostosowuje sposób poruszania do zadania.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Chętnie uczestniczy w zabawach szybkościowych i prawidłowo wykonuje zadania.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zabawach i wykonuje większość zadań poprawnie.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prostych zabawach po wyjaśnieniu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udział po zachęcie i wymaga pomocy.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udziału w zabawach.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skok w dal z miejsca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prawidłowo wykonuje dynamiczne odbicie, lot i lądowanie, zachowując równowagę i prawidłową technikę.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skok w dal z miejsca, odbija się dynamicznie i bezpiecznie ląduje na obie nogi.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skok poprawnie,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skok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wykonania skoku, ale wymaga częstych wskazówek dotyczących odbicia i lądowania.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próby wykonania skoku.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grach i zabawach skocznościowych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aktywnie uczestniczy w zabawach skocznościowych, sprawnie wykonując różnorodne skoki i prawidłowo kontrolując swoje ciało.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Chętnie i prawidłowo wykonuje zadania skocznościowe.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zabawach i wykonuje większość ćwiczeń poprawnie.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proste zadania skocznościowe po instruktażu.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wykonania ćwiczeń po zachęcie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udziału w zabawach.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marszobiegi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reguluje tempo, prawidłowo łączy marsz i bieg, kontroluje oddech i utrzymuje aktywność przez cały wyznaczony czas.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marszobieg, utrzymuje tempo i dostosowuje wysiłek do swoich możliwości.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marszobieg, z niewielkimi trudnościami w utrzymaniu tempa.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marszobieg po wyjaśnieniu zasad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marszobiegu, ale szybko traci tempo i wymaga zachęty.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próby wykonania marszobiegu.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Uczestniczy w grach i zabawach wytrzymałościowych w sali i terenie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i wytrwale uczestniczy w zadaniach, samodzielnie dostosowuje tempo do swoich możliwości i nie rezygnuje przed zakończeniem ćwiczenia.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uczestniczy w zabawach wytrzymałościowych i utrzymuje wysiłek przez wyznaczony czas.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w zabawach i wykonuje większość zadań, czasami wymaga regulacji tempa.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udział w prostych zadaniach wytrzymałościowych po instruktażu.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Uczestniczy głównie po zachęcie i wymaga częstego wsparcia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udziału w zadaniach wytrzymałościowych.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Współpracuje podczas gier, zabaw i sztafet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wspiera zespół, pomaga innym, odpowiedzialnie wykonuje powierzone zadania i dba o dobrą atmosferę.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dobrze współpracuje z partnerami i zespołem oraz respektuje ustalone zasady.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Współpracuje z zespołem i zazwyczaj prawidłowo wykonuje powierzone zadania.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Współpracuje po przypomnieniu zasad i wskazówkach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współpracę głównie po zachęcie.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współpracuje z zespołem i utrudnia realizację zadań.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Przestrzega zasad bezpieczeństwa podczas ćwiczeń lekkoatletycznych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dba o bezpieczeństwo własne i innych, właściwie korzysta ze sprzętu.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Zawsze przestrzega zasad bezpieczeństwa i prawidłowo korzysta ze sprzętu.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przestrzega zasad bezpieczeństwa, sporadycznie wymaga przypomnienia.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Przestrzega zasad po przypomnieniu przez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Często wymaga przypominania podstawowych zasad bezpieczeństwa.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przestrzega zasad bezpieczeństwa mimo zwracania uwagi.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dowolny układ taneczny przy muzyce w oparciu o własną ekspresję ruchową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tworzy i prezentuje ciekawy, rytmiczny i płynny układ taneczny. Swobodnie interpretuje muzykę, wykorzystuje różne kierunki, poziomy i dynamikę ruchu oraz wyraża emocje poprzez ruch.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wykonuje układ taneczny zgodny z rytmem i charakterem muzyki. Łączy ruchy rąk, nóg i tułowia oraz zachowuje płynność ruchu.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układ taneczny zgodnie z rytmem muzyki, stosując poznane elementy ruchowe. Popełnia niewielkie błędy w rytmie lub płynności.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prosty układ taneczny po pokazie i z pomocą nauczyciela. Podejmuje próby dostosowania ruchu do muzyki.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próbę wykonania prostego układu, ale ma trudności z rytmem i koordynacją ruchów. Wymaga zachęty i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próby wykonania układu tanecznego lub odmawia udziału.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Interpretuje rytm, tempo i charakter muzyki ruchem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dobrze rozpoznaje zmiany rytmu, tempa i charakteru muzyki oraz płynnie dostosowuje do nich ruch.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dostosowuje ruch do rytmu i tempa muzyki.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dostosowuje ruch do muzyki, z niewielkimi trudnościami.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dostosowania ruchu do muzyki po wskazówkach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Ma trudności z zachowaniem rytmu i wymaga stałej pomocy.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ruchu w rytm muzyki.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Wykorzystuje własną ekspresję ruchową i prezentuje indywidualny styl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Swobodnie i kreatywnie wykorzystuje własne pomysły, gesty i ruchy, tworząc oryginalną prezentację.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dobiera ruchy i gesty oraz wyraża emocje poprzez taniec.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Wykorzystuje własne pomysły i podejmuje próby ekspresyjnego wykonania układu.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zaproponowane ruchy i podejmuje próby własnej ekspresji.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Potrzebuje zachęty do samodzielnego wykonywania ruchów i prezentowania własnych pomysłów.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udziału w prezentacji lub nie podejmuje prób ekspresji ruchowej.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ćwiczenia oddechowe poprawiające samopoczucie i wspierające regenerację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prawidłowo wykonuje różnorodne ćwiczenia oddechowe, świadomie kontroluje oddech i potrafi wykorzystać je do wyciszenia i odprężenia.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ćwiczenia oddechowe, łącząc oddech z ruchem i wykorzystując je do relaksacji.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oddechowe z niewielkimi błędami.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proste ćwiczenia oddechowe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wykonywania ćwiczeń oddechowych, ale wymaga częstych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ćwiczeń oddechowych.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Wykonuje ćwiczenia rozciągające po wysiłku fizycznym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dokładnie wykonuje ćwiczenia rozciągające różne grupy mięśni, zachowując prawidłową postawę i odpowiedni czas ćwiczenia.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ćwiczenia rozciągające główne grupy mięśni po wysiłku.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większość ćwiczeń poprawnie, z niewielkimi błędami technicznymi.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ćwiczenia rozciągające po pokazie i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rozciągania, ale wymaga stałego przypominania o prawidłowej pozycji.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ćwiczeń rozciągających.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Koordynuje oddech z ruchem podczas ćwiczeń relaksacyjnych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płynnie łączy oddech z ruchem, utrzymując spokojne tempo i prawidłową postawę przez cały czas ćwiczenia.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koordynuje oddech z ruchem podczas ćwiczeń rozciągająco-oddechowych.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prawidłowo łączy oddech z ruchem, z niewielkimi trudnościami.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koordynowania oddechu z ruchem po instruktażu.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Ma trudności z koordynacją oddechu i ruchu i wymaga stałych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wykonywania ćwiczeń.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Rozpoznawanie zdolności motorycznych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rozpoznaje i wyjaśnia wszystkie podstawowe zdolności motoryczne oraz podaje przykłady ćwiczeń.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rozpoznaje i charakteryzuje podstawowe zdolności motoryczne.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Rozpoznaje większość zdolności motorycznych i podaje przykłady.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 pomocą nauczyciela rozpoznaje podstawowe zdolności motoryczne.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Rozpoznaje pojedyncze zdolności motoryczne przy dużej pomocy.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rozpoznaje podstawowych zdolności motorycznych mimo pomocy.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Prawidłowa postawa ciała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wskazuje cechy prawidłowej postawy w pozycji stojącej i siedzącej oraz dba o nią podczas ćwiczeń.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wymienia cechy postawy i stosuje je w praktyce.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Wymienia podstawowe cechy prawidłowej postawy i zazwyczaj je stosuje.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 pomocą nauczyciela wskazuje cechy prawidłowej postawy i stara się je utrzymywać.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Rozpoznaje niektóre cechy prawidłowej postawy przy pomocy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potrafi wskazać cech prawidłowej postawy i nie stosuje ich mimo pomocy.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Pomiar i obserwacja tętna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prawidłowo mierzy tętno przed i po wysiłku, zapisuje wyniki i wyciąga proste wnioski.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mierzy i zapisuje tętno oraz z niewielką pomocą interpretuje wyniki.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pomiar tętna i porównuje wyniki.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pomiar tętna z pomocą nauczyciela i rozpoznaje różnicę między tętnem przed i po wysiłku.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próbę pomiaru tętna, ale wymaga znacznej pomocy.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próby pomiaru tętna lub nie wykonuje zadania mimo pomocy.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Systematyczne monitorowanie aktywności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prowadzi dzienniczek/kalendarz aktywności, analizuje swoje postępy i świadomie planuje aktywność.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Systematycznie zapisuje aktywność i potrafi ocenić swoje postępy.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monitoruje swoją aktywność i wykonuje powierzone zadania.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 pomocą nauczyciela zapisuje aktywność i podejmuje próby oceny swoich postępów.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Nieregularnie monitoruje aktywność i wymaga stałego przypominania.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monitorowania własnej aktywności.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Zasady bezpieczeństwa na sali i boisku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omawia regulamin, wskazuje zagrożenia i wyjaśnia, jak ich unikać.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dobrze zna i stosuje zasady bezpieczeństwa na sali i boisku.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Zna podstawowe zasady i zazwyczaj ich przestrzega.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Zna podstawowe zasady, ale wymaga przypominania.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Zna pojedyncze zasady i stosuje je głównie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zna lub nie przestrzega podstawowych zasad bezpieczeństwa.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Bezpieczne poruszanie się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przewiduje zagrożenia, dostosowuje kierunek i tempo ruchu oraz zawsze unika kolizji.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Bezpiecznie porusza się podczas gier i ćwiczeń, obserwuje otoczenie.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porusza się bezpiecznie i unika kolizji.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Stosuje zasady bezpieczeństwa po przypomnieniu przez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Wymaga stałej kontroli i przypominania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Porusza się w sposób stwarzający zagrożenie dla siebie lub innych.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Postępowanie w przypadku urazu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rozpoznaje sytuację zagrożenia, informuje właściwą osobę i potrafi krótko opisać zdarzenie.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Wie, do kogo zwrócić się o pomoc i właściwie reaguje w przypadku urazu.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Wskazuje właściwą osobę i potrafi poinformować o urazie.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 pomocą nauczyciela wskazuje osobę, do której należy zwrócić się o pomoc.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Rozpoznaje potrzebę pomocy, ale wymaga wskazówek.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potrafi wskazać właściwej osoby lub ignoruje sytuację.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Bezpieczne zachowanie podczas zajęć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Zawsze przestrzega zasad, dba o bezpieczeństwo swoje i innych oraz reaguje na zagrożenia.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Przestrzega zasad, zachowuje bezpieczny dystans i wykonuje polecenia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przestrzega zasad i wykonuje polecenia.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Przestrzega zasad po przypomnieniu.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Stosuje zasady tylko przy stałej kontroli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Świadomie lub uporczywie łamie zasady bezpieczeństwa.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Strój i obuwie sportowe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dobiera strój i obuwie do rodzaju aktywności oraz warunków pogodowych i wyjaśnia swój wybór.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dobiera strój i obuwie do aktywności i pogody.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dobiera odpowiedni strój i obuwie.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 pomocą nauczyciela dobiera odpowiedni strój.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Często wymaga przypominania o właściwym stroju i obuwiu.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stosuje zasad dotyczących odpowiedniego stroju i obuwia mimo przypominania.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Bezpieczne korzystanie z przyborów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odpowiedzialnie korzysta ze sprzętu, dba o bezpieczeństwo innych i prawidłowo odkłada przybory.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korzysta z przyborów zgodnie z ich przeznaczeniem.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bezpiecznie posługuje się sprzętem.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Korzysta ze sprzętu prawidłowo po przypomnieniu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Wymaga stałego nadzoru podczas korzystania z przyborów.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Używa sprzętu niezgodnie z przeznaczeniem i stwarza zagrożenie.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Samoasekuracja i bezpieczne upadanie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Sprawnie wykonuje elementy samoasekuracji i świadomie stosuje je podczas ćwiczeń.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wykonuje podstawowe elementy samoasekuracji i kontrolowanego lądowania.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podstawowe elementy samoasekuracji z niewielkimi błędami.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je z pomocą i asekuracją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próby, ale wymaga znacznej pomocy.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podejmuje prób lub wykonuje ćwiczenia w sposób zagrażający bezpieczeństwu.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Bezpieczeństwo nad wodą, w górach i na terenach zielonych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omawia zasady bezpieczeństwa, rozpoznaje zagrożenia i wyjaśnia zasady ochrony środowiska.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dobrze zna zasady bezpiecznego zachowania nad wodą, w górach i na terenach zielonych.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Zna podstawowe zasady i potrafi wskazać najważniejsze zagrożenia.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Wymienia podstawowe zasady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Zna pojedyncze zasady, ale wymaga przypominania.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zna lub nie stosuje podstawowych zasad bezpieczeństwa.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cantSplit/>
        </w:trPr>
        <w:tc>
          <w:tcPr>
            <w:tcW w:type="dxa" w:w="190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Obszar / wymaganie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6 – celujący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5 – bardzo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4 – dobry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3 – dostateczny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2 – dopuszczający</w:t>
            </w:r>
          </w:p>
        </w:tc>
        <w:tc>
          <w:tcPr>
            <w:tcW w:type="dxa" w:w="201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1 – niedostateczny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Fair play i szacunek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Zawsze przestrzega zasad fair play, okazuje szacunek wszystkim uczestnikom i jest wzorem sportowej postawy.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Przestrzega zasad fair play i okazuje szacunek przeciwnikom, sędziom i kolegom.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przestrzega zasad i zachowuje się sportowo.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Przestrzega zasad po przypomnieniu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Zna zasady fair play, ale często wymaga przypominania.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przestrzega zasad fair play i okazuje brak szacunku innym.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Współpraca w grupie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wspiera grupę, inicjuje współpracę i pomaga innym w osiągnięciu wspólnego celu.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Bardzo dobrze współpracuje, dzieli się zadaniami i wspiera innych.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Współpracuje z grupą i wykonuje powierzone zadania.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Współpracuje po zachęcie lub wskazówkach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współpracę głównie przy bezpośrednim wsparciu.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współpracy lub utrudnia pracę grupy.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Pełnienie ról w sporcie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odpowiedzialnie pełni różne role: zawodnika, sędziego, organizatora i kibica.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Prawidłowo i odpowiedzialnie wykonuje przydzieloną rolę.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Wykonuje powierzoną funkcję zgodnie z instrukcją.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się pełnienia różnych ról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Wymaga stałego wsparcia podczas wykonywania przydzielonej funkcji.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Odmawia pełnienia powierzonych ról lub nie wykonuje ich.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Kulturalne kibicowanie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promuje kulturalny doping i dba o pozytywną atmosferę podczas rywalizacji.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Kulturalnie kibicuje i okazuje szacunek wszystkim zawodnikom.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stosuje zasady kulturalnego kibicowania.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Stosuje zasady po przypomnieniu.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Zna zasady, ale często ich nie przestrzega bez przypomnienia.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Obraża, wyśmiewa lub prowokuje innych podczas rywalizacji.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Rozwiązywanie problemów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Samodzielnie i kreatywnie proponuje rozwiązania trudnych sytuacji i nie rezygnuje mimo przeszkód.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próby rozwiązania problemu i proponuje właściwe rozwiązania.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Potrafi znaleźć rozwiązanie z niewielką pomocą.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Rozwiązuje problemy z pomocą nauczyciela lub grupy.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Podejmuje próbę rozwiązania problemu tylko po zachęcie.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Rezygnuje z działania i nie podejmuje prób rozwiązania problemu.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Radzenie sobie z emocjami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Świadomie rozpoznaje i nazywa emocje związane z wygraną i przegraną oraz właściwie je kontroluje.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Rozpoznaje swoje emocje i radzi sobie z nimi w sposób właściwy.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Zazwyczaj właściwie reaguje na wygraną i przegraną.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Potrafi nazwać podstawowe emocje z pomocą nauczyciela.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Ma trudności z kontrolowaniem emocji i wymaga wsparcia.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Reaguje agresją, obrażaniem innych lub nie potrafi opanować emocji mimo pomocy.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Empatia i szacunek dla innych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Zawsze dostrzega potrzeby innych, pomaga słabszym i aktywnie buduje atmosferę akceptacji.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Okazuje empatię, szanuje poglądy i wysiłek innych oraz pomaga potrzebującym.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Szanuje innych i zazwyczaj potrafi współpracować z różnymi osobami.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Okazuje szacunek po przypomnieniu zasad.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Wymaga częstego przypominania o szacunku i empatii.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Nie respektuje potrzeb, poglądów i wysiłku innych uczniów.</w:t>
            </w:r>
          </w:p>
        </w:tc>
      </w:tr>
      <w:tr>
        <w:trPr>
          <w:cantSplit/>
        </w:trPr>
        <w:tc>
          <w:tcPr>
            <w:tcW w:type="dxa" w:w="19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2"/>
              </w:rPr>
              <w:t>Włączanie innych do aktywności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Aktywnie zachęca wszystkich do udziału, dostosowuje działania do możliwości grupy i przeciwdziała wykluczeniu.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Chętnie wspiera mniej sprawnych i włącza ich do wspólnej aktywności.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Współpracuje z uczniami o różnych możliwościach i nie wyklucza innych.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Z pomocą nauczyciela włącza wszystkich do wspólnej aktywności.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Potrzebuje przypominania o konieczności włączania innych.</w:t>
            </w:r>
          </w:p>
        </w:tc>
        <w:tc>
          <w:tcPr>
            <w:tcW w:type="dxa" w:w="201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2"/>
              </w:rPr>
              <w:t>Wyklucza innych lub odmawia współpracy z mniej sprawnymi uczniami.</w:t>
            </w:r>
          </w:p>
        </w:tc>
      </w:tr>
    </w:tbl>
    <w:p>
      <w:pPr>
        <w:spacing w:after="20" w:before="0"/>
      </w:pPr>
    </w:p>
    <w:sectPr w:rsidR="00FC693F" w:rsidRPr="0006063C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